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skarten zur kommuni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