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7560000" cy="10692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dankesspruch karte zum geburtstag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