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karte kommun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