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nksagung geburtstag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