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anksagungen goldene hochzeit zum auslad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