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skarte beerdigun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