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skarten für kommunio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