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skarten kommunion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