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skarten zur kommun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