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7560000" cy="10692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dinosaurier ausmalbilder zum ausmale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