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horn mit regenbogen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