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horn regenbogen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