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ahrzeugeausmalbilder für kinder ab 6 jah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