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ische ausmalbilder zum 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