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lugzeug ausmailbild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