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frohe ostern kart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