
<file path=[Content_Types].xml><?xml version="1.0" encoding="utf-8"?>
<Types xmlns="http://schemas.openxmlformats.org/package/2006/content-types">
  <Default Extension="jpeg" ContentType="image/jpeg"/>
  <Default Extension="jp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r>
        <w:drawing>
          <wp:inline xmlns:a="http://schemas.openxmlformats.org/drawingml/2006/main" xmlns:pic="http://schemas.openxmlformats.org/drawingml/2006/picture">
            <wp:extent cx="7560000" cy="10692000"/>
            <wp:docPr id="1" name="Picture 1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0" name="temp_füchse zum ausmalen.jpg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7560000" cy="10692000"/>
                    </a:xfrm>
                    <a:prstGeom prst="rect"/>
                  </pic:spPr>
                </pic:pic>
              </a:graphicData>
            </a:graphic>
          </wp:inline>
        </w:drawing>
      </w:r>
    </w:p>
    <w:sectPr w:rsidR="00FC693F" w:rsidRPr="0006063C" w:rsidSect="00034616">
      <w:pgSz w:w="11906" w:h="16838"/>
      <w:pgMar w:top="0" w:right="0" w:bottom="0" w:left="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Relationship Id="rId9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