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eburtstag dankeskarte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