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burtstag danksagung lusti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