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tis malvorlagen blum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