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usskarte zu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