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usskarten für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