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russkarten oste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