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herbstblätter ausmal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