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erbstblätter ausmalbilder herbs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