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hochzeit tischkarten selber mach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