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nhorn regenboge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