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rte mit dank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