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mit passepartou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