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rte mit text danksagung geburts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