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karte passepartout 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