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passepartout zum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