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karten mit passepartout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