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rten zum danke sag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