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katzen zum ausmal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