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ommunion danksagungskart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