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en prinzessin ausma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