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vorlage blätter herbs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