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hase einfa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