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lvorlage hasengesich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