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lvorlage katz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