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vorlagen für den herbs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