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lvorlagen für osterhas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