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lvorlagen zu oster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