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für erwachsen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