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ndala pferde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