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zum ausdrucken für erwachsen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