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s zum ausdrucken kin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