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erjungfrau ausma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