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dern danksagung trau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